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המחוונים שמלווים משימות בחטיבת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קריטריונים ורמות הערכה בכל 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יומן תהליך ורפלקציה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קריטריון במחוון התהליך שווה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שיחת ההגנה מתקיימת אחרי ההגשה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קריטריון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(תכנון מלא עם לוח 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שימוש מתועד - פרומפט, בדיקה, שינוי)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(מסביר/ה בביטחון במילים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(תובנה אישית ומקורית)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מצוין: תכנון מלא עם לוח זמנים. טוב: תכנון חלקי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אישי הכולל תכנון ובדיקה, לפי הקריטריונים במחוון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מחוון תהליך בודק תכנון, תיעוד ושימוש ב-AI; מחוון רפלקציה בודק תובנה אישית בסוף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דקות,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המחוונים על המסך לפני תחילת משימה חדשה כדי שהתלמידים יידעו למה לצפות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כתיבת רשומת יומן תהליך אחת יחד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החלק הפתוח מתאים לדיון זוגי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שלושה מחוונים שמלווים משימות בחטיבת הביניים: מחוון תהליך, מחוון שיחת הגנה ומחוון רפלקציה. המחוונים עוזרים להבין מה מצפים מכם בכל שלב של העבודה, לא רק בתוצר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  ·  תכנון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נקודות שווה הקריטריון "תכנון" במחוון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נמשכת שיחת ההגנה אחרי ההגשה?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במחוון התהליך, הקריטריון "שיפור אחרי משוב" שווה 10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שיחת ההגנה מתקיימת לפני הגשת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קריטריון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תכנון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תובנה אישית ומקורית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מסביר/ה בביטחון במילים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הבנת התוכן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שימוש מתועד - פרומפט, בדיקה, שינוי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תכנון מלא עם לוח זמנים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במחוון התהליך, קריטריון ה-__________ בודק אם יש לוח זמנים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שיחת ההגנה נמשכת __________ דקות אחרי ההגשה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הרמה "מצוין" לרמה "טוב" בקריטריון "תכנון"?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שורות ליומן תהליך על משימה אחרונה שעשיתם - מה תכננתם ומה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מחוון תהליך למחוון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זמן נמשכת שיחת ההגנה, ומתי היא מתקיימת?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להערכת תהליך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