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להערכת תהליך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המחוונים שמלווים משימות בחטיבת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קריטריונים ורמות הערכה בכל 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יומן תהליך ורפלקציה לפי הקריטריונים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תיעוד של פרומפט, בדיקה ושינוי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מצוין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קריטריון במחוון התהליך שווה 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שיחת ההגנה מתקיימת אחרי ההגשה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כנות היא אחד מארבעת הקריטריונים ברפלקציה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ברמה מצוין מצפים לתובנה אישית ומקורית, לא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הסתרה מוגדרת כחריגה שמורידה לרמה הנמוכה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קריטריון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(תכנון מלא עם לוח זמנים)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 שימוש מתועד - פרומפט, בדיקה, שינוי)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(מסביר/ה בביטחון במילים שלו/ה)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(תובנה אישית ומקורית)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(דוגמה ממשית מהתהליך)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(מתאר/ת שלבים, קשיים ופתרונות)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שימוש ב-AI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עוד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מצוין: תכנון מלא עם לוח זמנים. טוב: תכנון חלקי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שאפשר יהיה לראות את השלבים ואת השימוש האחראי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מצוין: כנה, כולל קשיים. מתפתח: תשובה שטחית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אישי הכולל תכנון ובדיקה, לפי הקריטריונים במחוון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 לתובנה אישית ומקורית עם דוגמה ממשית, לפי מחוון הרפלקציה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מחוון תהליך בודק תכנון, תיעוד ושימוש ב-AI; מחוון רפלקציה בודק תובנה אישית בסוף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 דקות, אחרי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המחוונים על המסך לפני תחילת משימה חדשה כדי שהתלמידים יידעו למה לצפות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כתיבת רשומת יומן תהליך אחת יחד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החלק הפתוח מתאים לדיון זוגי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להערכת תהליך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שלוש טבלאות שעוזרות להבין איך מעריכים את העבודה שלכם. לא רק התוצאה הסופית חשובה, אלא גם איך עבדתם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שמסבירה איך מעריכים עבודה, מה טוב ומה פחות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הכנה מראש של העבודה, כולל לוח זמנים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תיעוד של כל שלב בעבודה, כולל שימוש בבינה מלאכותית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רמה שמגדירה כמה מותר להשתמש בבינה מלאכותית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שיחת 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אחרי ההגשה שבה מסבירים את העבודה בעל 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והסתכלות אחורה על התהליך בסוף המשימה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אישית שלמדתי מהתהליך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למה בחרתי לעשות דבר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נקודות נותנים על 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דקות אורכת שיחת ההגנה?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כתוב ביומן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תיעוד של פרומפט, בדיקה ושינוי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זמן עבדתי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עזר לי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שורות יש בטבלת מחוון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רמה היא הכי גבוהה בשימוש אחראי?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עוד 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התהליך, הקריטריון "שיפור אחרי משוב" שווה 10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ההגנה מתקיימת לפני הגשת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הרפלקציה יש קריטריון בשם "כנות"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"מצוין" בקריטריון "תובנה", מצפים לתובנה כללית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תלמיד מסתיר שימוש ב-AI, זה נחשב לרמה "עוד לא" בקריטריון שימוש אחראי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קריטריון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תכנון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שימוש מתועד - פרומפט, בדיקה, שינוי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מסביר/ה בביטחון במילים שלו/ה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הבנת התוכן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דוגמה ממשית מהתהליך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מתאר/ת שלבים, קשיים ופתרונות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תכנון מלא עם לוח זמנים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מודעות לתהליך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תובנה אישית ומקורית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במחוון התהליך, קריטריון ה-__________ בודק אם יש לוח זמנים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שיחת ההגנה נמשכת __________ דקות אחרי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במחוון הרפלקציה, הרמה הגבוהה ביותר נקראת "__________"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קריטריון "__________" במחוון שיחת ההגנה בודק אם מסבירים מה בדקו ומה שינו בעזרת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הרמה הנמוכה ביותר בכל המחוונים נקראת "__________"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הרמה "מצוין" לרמה "טוב" בקריטריון "תכנון"?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לתעד כל שימוש ב-AI ביומן התהליך?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"כנות" ברמה מצוין לרמה מתפתח במחוון הרפלקציה?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שורות ליומן תהליך על משימה אחרונה שעשיתם - מה תכננתם ומה בדקתם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תובנה אישית אחת שהייתם כותבים בדף רפלקציה בסוף משימה, כולל דוגמה מהתהליך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מחוון תהליך למחוון רפלקציה?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זמן נמשכת שיחת ההגנה, ומתי היא מתקיימת?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קריטריון אחד שחשוב לכם במיוחד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מחוונים להערכת תהליך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